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E6C04" w14:textId="77777777" w:rsidR="005C00A9" w:rsidRDefault="00457F63">
      <w:pPr>
        <w:pStyle w:val="Naslov1"/>
        <w:jc w:val="center"/>
      </w:pPr>
      <w:r>
        <w:t>Kako da prepoznate da vas firma nezakonito nadzire?</w:t>
      </w:r>
    </w:p>
    <w:p w14:paraId="6D92A64C" w14:textId="77777777" w:rsidR="005C00A9" w:rsidRDefault="00457F63">
      <w:r>
        <w:t>Ovaj vodič vam pomaže da razumete kako da prepoznate nezakonit video i audio nadzor na radnom mestu, u skladu sa zakonima Republike Srbije (Zakon o zaštiti podataka o ličnosti i Krivični zakonik).</w:t>
      </w:r>
    </w:p>
    <w:p w14:paraId="2E02B170" w14:textId="77777777" w:rsidR="005C00A9" w:rsidRDefault="00457F63">
      <w:pPr>
        <w:pStyle w:val="Naslov2"/>
      </w:pPr>
      <w:r>
        <w:t>1. Zakon o zaštiti podataka o ličnosti (ZZPL)</w:t>
      </w:r>
    </w:p>
    <w:p w14:paraId="385DEAE2" w14:textId="77777777" w:rsidR="005C00A9" w:rsidRDefault="00457F63">
      <w:r>
        <w:t>- Poslodavac mora imati zakoniti osnov za nadzor (npr. bezbednost ljudi ili imovine).</w:t>
      </w:r>
      <w:r>
        <w:br/>
        <w:t>- Zaposleni moraju biti jasno i unapred obavešteni o nadzoru.</w:t>
      </w:r>
      <w:r>
        <w:br/>
        <w:t>- Mora postojati dokumentovana saglasnost zaposlenih.</w:t>
      </w:r>
      <w:r>
        <w:br/>
        <w:t>- Nadzor ne sme zadirati u privatnost (npr. WC, svlačionice, prostorije za odmor).</w:t>
      </w:r>
    </w:p>
    <w:p w14:paraId="0608A7BD" w14:textId="77777777" w:rsidR="005C00A9" w:rsidRDefault="00457F63">
      <w:pPr>
        <w:pStyle w:val="Naslov2"/>
      </w:pPr>
      <w:r>
        <w:t>2. Audio nadzor (prisluškivanje)</w:t>
      </w:r>
    </w:p>
    <w:p w14:paraId="1517A3A7" w14:textId="77777777" w:rsidR="005C00A9" w:rsidRDefault="00457F63">
      <w:r>
        <w:t>- Snimanje zvuka bez znanja zaposlenih je ZABRANJENO.</w:t>
      </w:r>
      <w:r>
        <w:br/>
        <w:t>- Audio nadzor je dozvoljen samo uz pisanu saglasnost radnika.</w:t>
      </w:r>
      <w:r>
        <w:br/>
        <w:t>- Prisluškivanje bez odobrenja predstavlja krivično delo (član 144. Krivičnog zakonika RS).</w:t>
      </w:r>
    </w:p>
    <w:p w14:paraId="46EDF4AA" w14:textId="77777777" w:rsidR="005C00A9" w:rsidRDefault="00457F63">
      <w:pPr>
        <w:pStyle w:val="Naslov2"/>
      </w:pPr>
      <w:r>
        <w:t>3. Kako da prepoznate da vas nadziru?</w:t>
      </w:r>
    </w:p>
    <w:p w14:paraId="31D00409" w14:textId="77777777" w:rsidR="005C00A9" w:rsidRDefault="00457F63">
      <w:r>
        <w:t>- Kamere postavljene bez oznake ili obaveštenja.</w:t>
      </w:r>
      <w:r>
        <w:br/>
        <w:t>- Osećaj da poslodavac zna detalje vaših privatnih razgovora.</w:t>
      </w:r>
      <w:r>
        <w:br/>
        <w:t>- Korišćenje službenog telefona ili mejla za praćenje vaših aktivnosti.</w:t>
      </w:r>
      <w:r>
        <w:br/>
        <w:t>- Zaposleni nisu potpisali nikakvu saglasnost o nadzoru.</w:t>
      </w:r>
    </w:p>
    <w:p w14:paraId="1437A4CA" w14:textId="77777777" w:rsidR="005C00A9" w:rsidRDefault="00457F63">
      <w:pPr>
        <w:pStyle w:val="Naslov2"/>
      </w:pPr>
      <w:r>
        <w:t>4. Šta možete da uradite?</w:t>
      </w:r>
    </w:p>
    <w:p w14:paraId="35B992DB" w14:textId="77777777" w:rsidR="005C00A9" w:rsidRDefault="00457F63">
      <w:r>
        <w:t>- Zatražite pisanu politiku nadzora od poslodavca.</w:t>
      </w:r>
      <w:r>
        <w:br/>
        <w:t>- Obavestite se kod kolega da li su potpisivali bilo kakve saglasnosti.</w:t>
      </w:r>
      <w:r>
        <w:br/>
        <w:t>- Obratite se Povereniku za informacije od javnog značaja i zaštitu podataka o ličnosti.</w:t>
      </w:r>
      <w:r>
        <w:br/>
        <w:t>- Po potrebi, angažujte pravnu pomoć ili sindikat.</w:t>
      </w:r>
    </w:p>
    <w:p w14:paraId="2B439B40" w14:textId="77777777" w:rsidR="005C00A9" w:rsidRDefault="00457F63">
      <w:r>
        <w:t>Napomena: Ovaj vodič ima informativni karakter. Za zvanične pravne savete, konsultujte se sa pravnikom.</w:t>
      </w:r>
    </w:p>
    <w:sectPr w:rsidR="005C00A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sabrojevim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sabrojevim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saznakovimazanabrajanj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saznakovimazanabrajanj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Brojnalisti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nakzanabrajanjenalist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00766620">
    <w:abstractNumId w:val="8"/>
  </w:num>
  <w:num w:numId="2" w16cid:durableId="1450204216">
    <w:abstractNumId w:val="6"/>
  </w:num>
  <w:num w:numId="3" w16cid:durableId="962661181">
    <w:abstractNumId w:val="5"/>
  </w:num>
  <w:num w:numId="4" w16cid:durableId="1368289598">
    <w:abstractNumId w:val="4"/>
  </w:num>
  <w:num w:numId="5" w16cid:durableId="271325388">
    <w:abstractNumId w:val="7"/>
  </w:num>
  <w:num w:numId="6" w16cid:durableId="1207789352">
    <w:abstractNumId w:val="3"/>
  </w:num>
  <w:num w:numId="7" w16cid:durableId="1089934479">
    <w:abstractNumId w:val="2"/>
  </w:num>
  <w:num w:numId="8" w16cid:durableId="1441608297">
    <w:abstractNumId w:val="1"/>
  </w:num>
  <w:num w:numId="9" w16cid:durableId="1480540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proofState w:spelling="clean"/>
  <w:revisionView w:inkAnnotations="0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57F63"/>
    <w:rsid w:val="005C00A9"/>
    <w:rsid w:val="00AA1D8D"/>
    <w:rsid w:val="00AB3DAE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11D532"/>
  <w14:defaultImageDpi w14:val="300"/>
  <w15:docId w15:val="{0DE54716-96A0-9549-AC67-CE578BA46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Naslov1">
    <w:name w:val="heading 1"/>
    <w:basedOn w:val="Normal"/>
    <w:next w:val="Normal"/>
    <w:link w:val="Naslov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Zaglavljestranice">
    <w:name w:val="header"/>
    <w:basedOn w:val="Normal"/>
    <w:link w:val="Zaglavljestranic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straniceChar">
    <w:name w:val="Zaglavlje stranice Char"/>
    <w:basedOn w:val="Podrazumevanifontpasusa"/>
    <w:link w:val="Zaglavljestranice"/>
    <w:uiPriority w:val="99"/>
    <w:rsid w:val="00E618BF"/>
  </w:style>
  <w:style w:type="paragraph" w:styleId="Podnojestranice">
    <w:name w:val="footer"/>
    <w:basedOn w:val="Normal"/>
    <w:link w:val="Podnojestranice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straniceChar">
    <w:name w:val="Podnožje stranice Char"/>
    <w:basedOn w:val="Podrazumevanifontpasusa"/>
    <w:link w:val="Podnojestranice"/>
    <w:uiPriority w:val="99"/>
    <w:rsid w:val="00E618BF"/>
  </w:style>
  <w:style w:type="paragraph" w:styleId="Bezrazmaka">
    <w:name w:val="No Spacing"/>
    <w:uiPriority w:val="1"/>
    <w:qFormat/>
    <w:rsid w:val="00FC693F"/>
    <w:pPr>
      <w:spacing w:after="0" w:line="240" w:lineRule="auto"/>
    </w:pPr>
  </w:style>
  <w:style w:type="character" w:customStyle="1" w:styleId="Naslov1Char">
    <w:name w:val="Naslov 1 Char"/>
    <w:basedOn w:val="Podrazumevanifontpasusa"/>
    <w:link w:val="Naslov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slov2Char">
    <w:name w:val="Naslov 2 Char"/>
    <w:basedOn w:val="Podrazumevanifontpasusa"/>
    <w:link w:val="Naslov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Char">
    <w:name w:val="Naslov 3 Char"/>
    <w:basedOn w:val="Podrazumevanifontpasusa"/>
    <w:link w:val="Naslov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">
    <w:name w:val="Title"/>
    <w:basedOn w:val="Normal"/>
    <w:next w:val="Normal"/>
    <w:link w:val="Nasl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slovChar">
    <w:name w:val="Naslov Char"/>
    <w:basedOn w:val="Podrazumevanifontpasusa"/>
    <w:link w:val="Nasl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slovChar">
    <w:name w:val="Podnaslov Char"/>
    <w:basedOn w:val="Podrazumevanifontpasusa"/>
    <w:link w:val="Podnaslov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sussalistom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loteksta">
    <w:name w:val="Body Text"/>
    <w:basedOn w:val="Normal"/>
    <w:link w:val="TelotekstaChar"/>
    <w:uiPriority w:val="99"/>
    <w:unhideWhenUsed/>
    <w:rsid w:val="00AA1D8D"/>
    <w:pPr>
      <w:spacing w:after="120"/>
    </w:pPr>
  </w:style>
  <w:style w:type="character" w:customStyle="1" w:styleId="TelotekstaChar">
    <w:name w:val="Telo teksta Char"/>
    <w:basedOn w:val="Podrazumevanifontpasusa"/>
    <w:link w:val="Teloteksta"/>
    <w:uiPriority w:val="99"/>
    <w:rsid w:val="00AA1D8D"/>
  </w:style>
  <w:style w:type="paragraph" w:styleId="Teloteksta2">
    <w:name w:val="Body Text 2"/>
    <w:basedOn w:val="Normal"/>
    <w:link w:val="Teloteksta2Char"/>
    <w:uiPriority w:val="99"/>
    <w:unhideWhenUsed/>
    <w:rsid w:val="00AA1D8D"/>
    <w:pPr>
      <w:spacing w:after="120" w:line="480" w:lineRule="auto"/>
    </w:pPr>
  </w:style>
  <w:style w:type="character" w:customStyle="1" w:styleId="Teloteksta2Char">
    <w:name w:val="Telo teksta 2 Char"/>
    <w:basedOn w:val="Podrazumevanifontpasusa"/>
    <w:link w:val="Teloteksta2"/>
    <w:uiPriority w:val="99"/>
    <w:rsid w:val="00AA1D8D"/>
  </w:style>
  <w:style w:type="paragraph" w:styleId="Teloteksta3">
    <w:name w:val="Body Text 3"/>
    <w:basedOn w:val="Normal"/>
    <w:link w:val="Teloteksta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loteksta3Char">
    <w:name w:val="Telo teksta 3 Char"/>
    <w:basedOn w:val="Podrazumevanifontpasusa"/>
    <w:link w:val="Teloteksta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Znakzanabrajanjenalist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saznakovimazanabrajanj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saznakovimazanabrajanj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Brojnalisti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sabrojevim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sabrojevim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Nastavaklist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Nastavaklist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Nastavaklist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kstmakroa">
    <w:name w:val="macro"/>
    <w:link w:val="Tekstmakro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oaChar">
    <w:name w:val="Tekst makroa Char"/>
    <w:basedOn w:val="Podrazumevanifontpasusa"/>
    <w:link w:val="Tekstmakroa"/>
    <w:uiPriority w:val="99"/>
    <w:rsid w:val="0029639D"/>
    <w:rPr>
      <w:rFonts w:ascii="Courier" w:hAnsi="Courier"/>
      <w:sz w:val="20"/>
      <w:szCs w:val="20"/>
    </w:rPr>
  </w:style>
  <w:style w:type="paragraph" w:styleId="Navoenje">
    <w:name w:val="Quote"/>
    <w:basedOn w:val="Normal"/>
    <w:next w:val="Normal"/>
    <w:link w:val="NavoenjeChar"/>
    <w:uiPriority w:val="29"/>
    <w:qFormat/>
    <w:rsid w:val="00FC693F"/>
    <w:rPr>
      <w:i/>
      <w:iCs/>
      <w:color w:val="000000" w:themeColor="text1"/>
    </w:rPr>
  </w:style>
  <w:style w:type="character" w:customStyle="1" w:styleId="NavoenjeChar">
    <w:name w:val="Navođenje Char"/>
    <w:basedOn w:val="Podrazumevanifontpasusa"/>
    <w:link w:val="Navoenje"/>
    <w:uiPriority w:val="29"/>
    <w:rsid w:val="00FC693F"/>
    <w:rPr>
      <w:i/>
      <w:iCs/>
      <w:color w:val="000000" w:themeColor="text1"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Natpi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Naglaeno">
    <w:name w:val="Strong"/>
    <w:basedOn w:val="Podrazumevanifontpasusa"/>
    <w:uiPriority w:val="22"/>
    <w:qFormat/>
    <w:rsid w:val="00FC693F"/>
    <w:rPr>
      <w:b/>
      <w:bCs/>
    </w:rPr>
  </w:style>
  <w:style w:type="character" w:styleId="Naglaavanje">
    <w:name w:val="Emphasis"/>
    <w:basedOn w:val="Podrazumevanifontpasusa"/>
    <w:uiPriority w:val="20"/>
    <w:qFormat/>
    <w:rsid w:val="00FC693F"/>
    <w:rPr>
      <w:i/>
      <w:iCs/>
    </w:rPr>
  </w:style>
  <w:style w:type="paragraph" w:styleId="Podebljaninavodnici">
    <w:name w:val="Intense Quote"/>
    <w:basedOn w:val="Normal"/>
    <w:next w:val="Normal"/>
    <w:link w:val="Podebljaninavodnici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PodebljaninavodniciChar">
    <w:name w:val="Podebljani navodnici Char"/>
    <w:basedOn w:val="Podrazumevanifontpasusa"/>
    <w:link w:val="Podebljaninavodnici"/>
    <w:uiPriority w:val="30"/>
    <w:rsid w:val="00FC693F"/>
    <w:rPr>
      <w:b/>
      <w:bCs/>
      <w:i/>
      <w:iCs/>
      <w:color w:val="4F81BD" w:themeColor="accent1"/>
    </w:rPr>
  </w:style>
  <w:style w:type="character" w:styleId="Suptilnonaglaavanje">
    <w:name w:val="Subtle Emphasis"/>
    <w:basedOn w:val="Podrazumevanifontpasusa"/>
    <w:uiPriority w:val="19"/>
    <w:qFormat/>
    <w:rsid w:val="00FC693F"/>
    <w:rPr>
      <w:i/>
      <w:iCs/>
      <w:color w:val="808080" w:themeColor="text1" w:themeTint="7F"/>
    </w:rPr>
  </w:style>
  <w:style w:type="character" w:styleId="Izrazitonaglaavanje">
    <w:name w:val="Intense Emphasis"/>
    <w:basedOn w:val="Podrazumevanifontpasusa"/>
    <w:uiPriority w:val="21"/>
    <w:qFormat/>
    <w:rsid w:val="00FC693F"/>
    <w:rPr>
      <w:b/>
      <w:bCs/>
      <w:i/>
      <w:iCs/>
      <w:color w:val="4F81BD" w:themeColor="accent1"/>
    </w:rPr>
  </w:style>
  <w:style w:type="character" w:styleId="Suptilnareferenca">
    <w:name w:val="Subtle Reference"/>
    <w:basedOn w:val="Podrazumevanifontpasusa"/>
    <w:uiPriority w:val="31"/>
    <w:qFormat/>
    <w:rsid w:val="00FC693F"/>
    <w:rPr>
      <w:smallCaps/>
      <w:color w:val="C0504D" w:themeColor="accent2"/>
      <w:u w:val="single"/>
    </w:rPr>
  </w:style>
  <w:style w:type="character" w:styleId="Izrazitareferenca">
    <w:name w:val="Intense Reference"/>
    <w:basedOn w:val="Podrazumevanifontpasus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aslovknjige">
    <w:name w:val="Book Title"/>
    <w:basedOn w:val="Podrazumevanifontpasusa"/>
    <w:uiPriority w:val="33"/>
    <w:qFormat/>
    <w:rsid w:val="00FC693F"/>
    <w:rPr>
      <w:b/>
      <w:bCs/>
      <w:smallCaps/>
      <w:spacing w:val="5"/>
    </w:rPr>
  </w:style>
  <w:style w:type="paragraph" w:styleId="Naslovsadraja">
    <w:name w:val="TOC Heading"/>
    <w:basedOn w:val="Naslov1"/>
    <w:next w:val="Normal"/>
    <w:uiPriority w:val="39"/>
    <w:semiHidden/>
    <w:unhideWhenUsed/>
    <w:qFormat/>
    <w:rsid w:val="00FC693F"/>
    <w:pPr>
      <w:outlineLvl w:val="9"/>
    </w:pPr>
  </w:style>
  <w:style w:type="table" w:styleId="Koordinatnamreatabele">
    <w:name w:val="Table Grid"/>
    <w:basedOn w:val="Normalnatabel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osenenje">
    <w:name w:val="Light Shading"/>
    <w:basedOn w:val="Normalnatabel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osenenjenaglaavanje1">
    <w:name w:val="Light Shading Accent 1"/>
    <w:basedOn w:val="Normalnatabel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osenenjenaglaavanje2">
    <w:name w:val="Light Shading Accent 2"/>
    <w:basedOn w:val="Normalnatabel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osenenjenaglaavanje3">
    <w:name w:val="Light Shading Accent 3"/>
    <w:basedOn w:val="Normalnatabel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osenenjenaglaavanje4">
    <w:name w:val="Light Shading Accent 4"/>
    <w:basedOn w:val="Normalnatabel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osenenjenaglaavanje5">
    <w:name w:val="Light Shading Accent 5"/>
    <w:basedOn w:val="Normalnatabel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osenenjenaglaavanje6">
    <w:name w:val="Light Shading Accent 6"/>
    <w:basedOn w:val="Normalnatabel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alista">
    <w:name w:val="Light List"/>
    <w:basedOn w:val="Normalnatabel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alistanaglaavanje1">
    <w:name w:val="Light List Accent 1"/>
    <w:basedOn w:val="Normalnatabel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alistanaglaavanje2">
    <w:name w:val="Light List Accent 2"/>
    <w:basedOn w:val="Normalnatabel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alistanaglaavanje3">
    <w:name w:val="Light List Accent 3"/>
    <w:basedOn w:val="Normalnatabel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alistanaglaavanje4">
    <w:name w:val="Light List Accent 4"/>
    <w:basedOn w:val="Normalnatabel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alistanaglaavanje5">
    <w:name w:val="Light List Accent 5"/>
    <w:basedOn w:val="Normalnatabel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alistanaglaavanje6">
    <w:name w:val="Light List Accent 6"/>
    <w:basedOn w:val="Normalnatabel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akoordinatnamrea">
    <w:name w:val="Light Grid"/>
    <w:basedOn w:val="Normalnatabel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akoordinatnamreanaglaavanje1">
    <w:name w:val="Light Grid Accent 1"/>
    <w:basedOn w:val="Normalnatabel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akoordinatnamreanaglaavanje2">
    <w:name w:val="Light Grid Accent 2"/>
    <w:basedOn w:val="Normalnatabel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akoordinatnamreanaglaavanje3">
    <w:name w:val="Light Grid Accent 3"/>
    <w:basedOn w:val="Normalnatabel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akoordinatnamreanaglaavanje4">
    <w:name w:val="Light Grid Accent 4"/>
    <w:basedOn w:val="Normalnatabel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akoordinatnamreanaglaavanje5">
    <w:name w:val="Light Grid Accent 5"/>
    <w:basedOn w:val="Normalnatabel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akoordinatnamreanaglaavanje6">
    <w:name w:val="Light Grid Accent 6"/>
    <w:basedOn w:val="Normalnatabel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rednjesenenje1">
    <w:name w:val="Medium Shading 1"/>
    <w:basedOn w:val="Normalnatabel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naglaavanje1">
    <w:name w:val="Medium Shading 1 Accent 1"/>
    <w:basedOn w:val="Normalnatabel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naglaavanje2">
    <w:name w:val="Medium Shading 1 Accent 2"/>
    <w:basedOn w:val="Normalnatabel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naglaavanje3">
    <w:name w:val="Medium Shading 1 Accent 3"/>
    <w:basedOn w:val="Normalnatabel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naglaavanje4">
    <w:name w:val="Medium Shading 1 Accent 4"/>
    <w:basedOn w:val="Normalnatabel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naglaavanje5">
    <w:name w:val="Medium Shading 1 Accent 5"/>
    <w:basedOn w:val="Normalnatabel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naglaavanje6">
    <w:name w:val="Medium Shading 1 Accent 6"/>
    <w:basedOn w:val="Normalnatabel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2">
    <w:name w:val="Medium Shading 2"/>
    <w:basedOn w:val="Normalnatabel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enenje2naglaavanje1">
    <w:name w:val="Medium Shading 2 Accent 1"/>
    <w:basedOn w:val="Normalnatabel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enenje2naglaavanje2">
    <w:name w:val="Medium Shading 2 Accent 2"/>
    <w:basedOn w:val="Normalnatabel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enenje2naglaavanje3">
    <w:name w:val="Medium Shading 2 Accent 3"/>
    <w:basedOn w:val="Normalnatabel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enenje2naglaavanje4">
    <w:name w:val="Medium Shading 2 Accent 4"/>
    <w:basedOn w:val="Normalnatabel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enenje2naglaavanje5">
    <w:name w:val="Medium Shading 2 Accent 5"/>
    <w:basedOn w:val="Normalnatabel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esenenje2naglaavanje6">
    <w:name w:val="Medium Shading 2 Accent 6"/>
    <w:basedOn w:val="Normalnatabel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rednjalista1">
    <w:name w:val="Medium List 1"/>
    <w:basedOn w:val="Normalnatabel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alista1naglaavanje1">
    <w:name w:val="Medium List 1 Accent 1"/>
    <w:basedOn w:val="Normalnatabel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alista1naglaavanje2">
    <w:name w:val="Medium List 1 Accent 2"/>
    <w:basedOn w:val="Normalnatabel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rednjalista1naglaavanje3">
    <w:name w:val="Medium List 1 Accent 3"/>
    <w:basedOn w:val="Normalnatabel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alista1naglaavanje4">
    <w:name w:val="Medium List 1 Accent 4"/>
    <w:basedOn w:val="Normalnatabel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alista1naglaavanje5">
    <w:name w:val="Medium List 1 Accent 5"/>
    <w:basedOn w:val="Normalnatabel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alista1naglaavanje6">
    <w:name w:val="Medium List 1 Accent 6"/>
    <w:basedOn w:val="Normalnatabel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alista2">
    <w:name w:val="Medium List 2"/>
    <w:basedOn w:val="Normalnatabel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lista2naglaavanje1">
    <w:name w:val="Medium List 2 Accent 1"/>
    <w:basedOn w:val="Normalnatabel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lista2naglaavanje2">
    <w:name w:val="Medium List 2 Accent 2"/>
    <w:basedOn w:val="Normalnatabel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lista2naglaavanje3">
    <w:name w:val="Medium List 2 Accent 3"/>
    <w:basedOn w:val="Normalnatabel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lista2naglaavanje4">
    <w:name w:val="Medium List 2 Accent 4"/>
    <w:basedOn w:val="Normalnatabel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lista2naglaavanje5">
    <w:name w:val="Medium List 2 Accent 5"/>
    <w:basedOn w:val="Normalnatabel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lista2naglaavanje6">
    <w:name w:val="Medium List 2 Accent 6"/>
    <w:basedOn w:val="Normalnatabel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akoordinatnamrea1">
    <w:name w:val="Medium Grid 1"/>
    <w:basedOn w:val="Normalnatabel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koordinatnamrea1naglaavanje1">
    <w:name w:val="Medium Grid 1 Accent 1"/>
    <w:basedOn w:val="Normalnatabel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koordinatnamrea1naglaavanje2">
    <w:name w:val="Medium Grid 1 Accent 2"/>
    <w:basedOn w:val="Normalnatabel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rednjakoordinatnamrea1naglaavanje3">
    <w:name w:val="Medium Grid 1 Accent 3"/>
    <w:basedOn w:val="Normalnatabel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koordinatnamrea1naglaavanje4">
    <w:name w:val="Medium Grid 1 Accent 4"/>
    <w:basedOn w:val="Normalnatabel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koordinatnamrea1naglaavanje5">
    <w:name w:val="Medium Grid 1 Accent 5"/>
    <w:basedOn w:val="Normalnatabel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koordinatnamrea1naglaavanje6">
    <w:name w:val="Medium Grid 1 Accent 6"/>
    <w:basedOn w:val="Normalnatabel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koordinatnamrea2">
    <w:name w:val="Medium Grid 2"/>
    <w:basedOn w:val="Normalnatabel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koordinatnamrea2naglaavanje1">
    <w:name w:val="Medium Grid 2 Accent 1"/>
    <w:basedOn w:val="Normalnatabel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koordinatnamrea2naglaavanje2">
    <w:name w:val="Medium Grid 2 Accent 2"/>
    <w:basedOn w:val="Normalnatabel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koordinatnamrea2naglaavanje3">
    <w:name w:val="Medium Grid 2 Accent 3"/>
    <w:basedOn w:val="Normalnatabel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koordinatnamrea2naglaavanje4">
    <w:name w:val="Medium Grid 2 Accent 4"/>
    <w:basedOn w:val="Normalnatabel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koordinatnamrea2naglaavanje5">
    <w:name w:val="Medium Grid 2 Accent 5"/>
    <w:basedOn w:val="Normalnatabel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koordinatnamrea2naglaavanje6">
    <w:name w:val="Medium Grid 2 Accent 6"/>
    <w:basedOn w:val="Normalnatabel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koordinatnamrea3">
    <w:name w:val="Medium Grid 3"/>
    <w:basedOn w:val="Normalnatabel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koordinatnamrea3naglaavanje1">
    <w:name w:val="Medium Grid 3 Accent 1"/>
    <w:basedOn w:val="Normalnatabel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koordinatnamrea3naglaavanje2">
    <w:name w:val="Medium Grid 3 Accent 2"/>
    <w:basedOn w:val="Normalnatabel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rednjakoordinatnamrea3naglaavanje3">
    <w:name w:val="Medium Grid 3 Accent 3"/>
    <w:basedOn w:val="Normalnatabel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koordinatnamrea3naglaavanje4">
    <w:name w:val="Medium Grid 3 Accent 4"/>
    <w:basedOn w:val="Normalnatabel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koordinatnamrea3naglaavanje5">
    <w:name w:val="Medium Grid 3 Accent 5"/>
    <w:basedOn w:val="Normalnatabel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koordinatnamrea3naglaavanje6">
    <w:name w:val="Medium Grid 3 Accent 6"/>
    <w:basedOn w:val="Normalnatabel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nalista">
    <w:name w:val="Dark List"/>
    <w:basedOn w:val="Normalnatabel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nalistanaglaavanje1">
    <w:name w:val="Dark List Accent 1"/>
    <w:basedOn w:val="Normalnatabel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nalistanaglaavanje2">
    <w:name w:val="Dark List Accent 2"/>
    <w:basedOn w:val="Normalnatabel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nalistanaglaavanje3">
    <w:name w:val="Dark List Accent 3"/>
    <w:basedOn w:val="Normalnatabel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nalistanaglaavanje4">
    <w:name w:val="Dark List Accent 4"/>
    <w:basedOn w:val="Normalnatabel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nalistanaglaavanje5">
    <w:name w:val="Dark List Accent 5"/>
    <w:basedOn w:val="Normalnatabel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nalistanaglaavanje6">
    <w:name w:val="Dark List Accent 6"/>
    <w:basedOn w:val="Normalnatabel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Obojenosenenje">
    <w:name w:val="Colorful Shading"/>
    <w:basedOn w:val="Normalnatabel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enosenenjenaglaavanje1">
    <w:name w:val="Colorful Shading Accent 1"/>
    <w:basedOn w:val="Normalnatabel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enosenenjenaglaavanje2">
    <w:name w:val="Colorful Shading Accent 2"/>
    <w:basedOn w:val="Normalnatabel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enosenenjenaglaavanje3">
    <w:name w:val="Colorful Shading Accent 3"/>
    <w:basedOn w:val="Normalnatabel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enosenenjenaglaavanje4">
    <w:name w:val="Colorful Shading Accent 4"/>
    <w:basedOn w:val="Normalnatabel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enosenenjenaglaavanje5">
    <w:name w:val="Colorful Shading Accent 5"/>
    <w:basedOn w:val="Normalnatabel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enosenenjenaglaavanje6">
    <w:name w:val="Colorful Shading Accent 6"/>
    <w:basedOn w:val="Normalnatabel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Obojenalista">
    <w:name w:val="Colorful List"/>
    <w:basedOn w:val="Normalnatabel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Obojenalistanaglaavanje1">
    <w:name w:val="Colorful List Accent 1"/>
    <w:basedOn w:val="Normalnatabel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Obojenalistanaglaavanje2">
    <w:name w:val="Colorful List Accent 2"/>
    <w:basedOn w:val="Normalnatabel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Obojenalistanaglaavanje3">
    <w:name w:val="Colorful List Accent 3"/>
    <w:basedOn w:val="Normalnatabel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Obojenalistanaglaavanje4">
    <w:name w:val="Colorful List Accent 4"/>
    <w:basedOn w:val="Normalnatabel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Obojenalistanaglaavanje5">
    <w:name w:val="Colorful List Accent 5"/>
    <w:basedOn w:val="Normalnatabel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Obojenalistanaglaavanje6">
    <w:name w:val="Colorful List Accent 6"/>
    <w:basedOn w:val="Normalnatabel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Obojenakoordinatnamrea">
    <w:name w:val="Colorful Grid"/>
    <w:basedOn w:val="Normalnatabel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bojenakoordinatnamreanaglaavanje1">
    <w:name w:val="Colorful Grid Accent 1"/>
    <w:basedOn w:val="Normalnatabel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bojenakoordinatnamreanaglaavanje2">
    <w:name w:val="Colorful Grid Accent 2"/>
    <w:basedOn w:val="Normalnatabel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bojenakoordinatnamreanaglaavanje3">
    <w:name w:val="Colorful Grid Accent 3"/>
    <w:basedOn w:val="Normalnatabel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bojenakoordinatnamreanaglaavanje4">
    <w:name w:val="Colorful Grid Accent 4"/>
    <w:basedOn w:val="Normalnatabel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bojenakoordinatnamreanaglaavanje5">
    <w:name w:val="Colorful Grid Accent 5"/>
    <w:basedOn w:val="Normalnatabel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bojenakoordinatnamreanaglaavanje6">
    <w:name w:val="Colorful Grid Accent 6"/>
    <w:basedOn w:val="Normalnatabel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marimarkovic82@gmail.com</cp:lastModifiedBy>
  <cp:revision>2</cp:revision>
  <dcterms:created xsi:type="dcterms:W3CDTF">2025-07-07T11:04:00Z</dcterms:created>
  <dcterms:modified xsi:type="dcterms:W3CDTF">2025-07-07T11:04:00Z</dcterms:modified>
  <cp:category/>
</cp:coreProperties>
</file>